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für die Holzbau-Anfrage beim Zimmerer</w:t>
      </w:r>
    </w:p>
    <w:p>
      <w:r>
        <w:t>Holzbau ist eine Bauweise mit langer Tradition und modernen Einsatzmöglichkeiten. Ob Dach, Fassade oder neue Räume – Holz überzeugt durch Vielseitigkeit und ermöglicht verschiedene Vorhaben. Dieser Leitfaden erklärt grundlegende Eigenschaften des Werkstoffs, typische Anwendungen und den generellen Ablauf eines Holzbauprojekts.</w:t>
      </w:r>
    </w:p>
    <w:p>
      <w:pPr>
        <w:pStyle w:val="Heading1"/>
      </w:pPr>
      <w:r>
        <w:t>Warum Holzbau?</w:t>
      </w:r>
    </w:p>
    <w:p>
      <w:r>
        <w:t>Holz ist ein nachwachsender Rohstoff, der bei fachgerechter Planung und Ausführung dauerhafte Konstruktionen ermöglicht. Die Bauweise erlaubt präzise vorgefertigte Bauteile, was auf der Baustelle Zeit sparen kann. Gleichzeitig erfordert Holzbau – wie jede andere Bauweise auch – eine durchdachte Planung: Tragwerk, Feuchteschutz, Dämmung und Anschlüsse müssen aufeinander abgestimmt werden.</w:t>
      </w:r>
    </w:p>
    <w:p>
      <w:pPr>
        <w:pStyle w:val="Heading1"/>
      </w:pPr>
      <w:r>
        <w:t>Grundlagen der Konstruktion</w:t>
      </w:r>
    </w:p>
    <w:p>
      <w:r>
        <w:t>Eine Holzkonstruktion besteht aus tragenden Elementen, die Lasten sicher in die Gründung ableiten. Die Bauweise unterscheidet sich je nach Vorhaben: Ein Dachstuhl trägt die Dachhaut und eventuelle Lasten aus Dämmung oder Solaranlagen. Beim Holzrahmenbau bilden Wand-, Decken- und Dachbauteile ein zusammenhängendes System. Wesentliche Planungsaspekte sind die statische Eignung, der Feuchteschutz und die korrekte Ausbildung von Anschlüssen an andere Bauteile.</w:t>
      </w:r>
    </w:p>
    <w:p>
      <w:pPr>
        <w:pStyle w:val="Heading1"/>
      </w:pPr>
      <w:r>
        <w:t>Typische Einsatzbereiche</w:t>
      </w:r>
    </w:p>
    <w:p>
      <w:r>
        <w:t>Holzbau kommt bei sehr unterschiedlichen Vorhaben zum Einsatz. Zu den häufigsten gehören die Erneuerung oder Sanierung von Dachstühlen, der Ausbau von Dachräumen für neue Zimmer, der Neubau von Anbauten oder Aufstockungen in Holzrahmenbauweise sowie Carports, Terrassen und Balkone. Auch Fassadenbekleidungen und die Sanierung von Fachwerkgebäuden zählen zu den typischen Holzbauleistungen.</w:t>
      </w:r>
    </w:p>
    <w:p>
      <w:pPr>
        <w:pStyle w:val="Heading1"/>
      </w:pPr>
      <w:r>
        <w:t>Vom ersten Gedanke zum Vorhaben</w:t>
      </w:r>
    </w:p>
    <w:p>
      <w:r>
        <w:t>Jedes Holzbauvorhaben beginnt mit einer Bestandsaufnahme und einer Beschreibung des gewünschten Ergebnisses. Dabei helfen folgende Schritte: vorhandene Unterlagen sichten, den aktuellen Zustand des Gebäudes oder Bauteils beschreiben, die gewünschte Nutzung und den Umfang festlegen sowie bekannte Schäden oder offene Fragen notieren. Mit diesen Angaben lässt sich eine erste qualifizierte Rückmeldung einholen.</w:t>
      </w:r>
    </w:p>
    <w:p>
      <w:pPr>
        <w:pStyle w:val="Heading1"/>
      </w:pPr>
      <w:r>
        <w:t>Was bei der Anfrage hilft</w:t>
      </w:r>
    </w:p>
    <w:p>
      <w:r>
        <w:t>Eine aussagekräftige Beschreibung des Vorhabens ermöglicht eine schnellere Einschätzung. Nützliche Angaben sind der Standort, ungefähre Maße, der Planungsstand sowie die gewünschte Leistung. Falls Unterlagen wie Grundrisse oder Fotos vorhanden sind, können diese ergänzend übermittelt werden. Ein fehlender Planungsstand lässt sich in der Nachricht benennen – ein Beginn ist auch ohne vollständige Unterlagen möglich.</w:t>
      </w:r>
    </w:p>
    <w:p>
      <w:pPr>
        <w:pStyle w:val="Heading1"/>
      </w:pPr>
      <w:r>
        <w:t>Leistungen im Überblick</w:t>
      </w:r>
    </w:p>
    <w:p>
      <w:r>
        <w:t>Holzbauleistungen lassen sich grob nach Vorhabenarten unterscheiden: Dachstuhl und Dachsanierung umfassen die Untersuchung und Instandsetzung des tragenden Dachbereichs. Dachgauben und Dachausbau verbinden architektonische Öffnungen mit dem Innenausbau. Holzrahmenbau, Anbau und Aufstockung schaffen neue Gebäudeteile in Holztafelbauweise. Carports, Terrassen und Balkone erschließen zusätzliche Nutzflächen im Außenbereich. Holzfassaden und Fachwerksanierung erhalten oder erneuern die äußere Hülle und historische Bausubstanz.</w:t>
      </w:r>
    </w:p>
    <w:p>
      <w:pPr>
        <w:pStyle w:val="Heading1"/>
      </w:pPr>
      <w:r>
        <w:t>Weitere Planungsthemen</w:t>
      </w:r>
    </w:p>
    <w:p>
      <w:hyperlink r:id="rId9">
        <w:r>
          <w:rPr>
            <w:color w:val="087E75"/>
          </w:rPr>
          <w:t>Holzbau Düsseldorf: Leistungen &amp; Projektanfrage | 1A Holzbau Düsseldorf</w:t>
        </w:r>
      </w:hyperlink>
    </w:p>
    <w:p>
      <w:hyperlink r:id="rId10">
        <w:r>
          <w:rPr>
            <w:color w:val="087E75"/>
          </w:rPr>
          <w:t>Wann lohnt sich Holzbau für mein Bauprojekt in Düsseldorf</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nny.1a-holzbauduesseldorf.online/index.html" TargetMode="External"/><Relationship Id="rId10" Type="http://schemas.openxmlformats.org/officeDocument/2006/relationships/hyperlink" Target="https://bunny.1a-holzbauduesseldorf.online/paket-0a9d9fe99b134799b9e7c7d67c435bbf/wann-lohnt-sich-holzbau-f-r-mein-bauprojekt-in-d-sseldorf-be13061d.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